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주택임대차계약서 참고 양식</w:t>
      </w:r>
    </w:p>
    <w:p>
      <w:r>
        <w:t>자체 제작 참고용 · 정부의 표준계약서나 법률자문이 아닙니다.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381"/>
        <w:gridCol w:w="7483"/>
      </w:tblGrid>
      <w:tr>
        <w:trPr>
          <w:trHeight w:val="567"/>
        </w:trPr>
        <w:tc>
          <w:tcPr>
            <w:tcW w:type="dxa" w:w="2381"/>
          </w:tcPr>
          <w:p>
            <w:pPr>
              <w:spacing w:after="60" w:before="60"/>
            </w:pPr>
            <w:r>
              <w:t>목적물 소재지·동호수</w:t>
            </w:r>
          </w:p>
        </w:tc>
        <w:tc>
          <w:tcPr>
            <w:tcW w:type="dxa" w:w="7483"/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rPr>
          <w:trHeight w:val="567"/>
        </w:trPr>
        <w:tc>
          <w:tcPr>
            <w:tcW w:type="dxa" w:w="2381"/>
          </w:tcPr>
          <w:p>
            <w:pPr>
              <w:spacing w:after="60" w:before="60"/>
            </w:pPr>
            <w:r>
              <w:t>용도·임대 부분·면적</w:t>
            </w:r>
          </w:p>
        </w:tc>
        <w:tc>
          <w:tcPr>
            <w:tcW w:type="dxa" w:w="7483"/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rPr>
          <w:trHeight w:val="567"/>
        </w:trPr>
        <w:tc>
          <w:tcPr>
            <w:tcW w:type="dxa" w:w="2381"/>
          </w:tcPr>
          <w:p>
            <w:pPr>
              <w:spacing w:after="60" w:before="60"/>
            </w:pPr>
            <w:r>
              <w:t>임대인 확인 정보</w:t>
            </w:r>
          </w:p>
        </w:tc>
        <w:tc>
          <w:tcPr>
            <w:tcW w:type="dxa" w:w="7483"/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rPr>
          <w:trHeight w:val="567"/>
        </w:trPr>
        <w:tc>
          <w:tcPr>
            <w:tcW w:type="dxa" w:w="2381"/>
          </w:tcPr>
          <w:p>
            <w:pPr>
              <w:spacing w:after="60" w:before="60"/>
            </w:pPr>
            <w:r>
              <w:t>임차인 확인 정보</w:t>
            </w:r>
          </w:p>
        </w:tc>
        <w:tc>
          <w:tcPr>
            <w:tcW w:type="dxa" w:w="7483"/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rPr>
          <w:trHeight w:val="567"/>
        </w:trPr>
        <w:tc>
          <w:tcPr>
            <w:tcW w:type="dxa" w:w="2381"/>
          </w:tcPr>
          <w:p>
            <w:pPr>
              <w:spacing w:after="60" w:before="60"/>
            </w:pPr>
            <w:r>
              <w:t>보증금·지급 일정</w:t>
            </w:r>
          </w:p>
        </w:tc>
        <w:tc>
          <w:tcPr>
            <w:tcW w:type="dxa" w:w="7483"/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rPr>
          <w:trHeight w:val="567"/>
        </w:trPr>
        <w:tc>
          <w:tcPr>
            <w:tcW w:type="dxa" w:w="2381"/>
          </w:tcPr>
          <w:p>
            <w:pPr>
              <w:spacing w:after="60" w:before="60"/>
            </w:pPr>
            <w:r>
              <w:t>월세·납부일·지급 방법</w:t>
            </w:r>
          </w:p>
        </w:tc>
        <w:tc>
          <w:tcPr>
            <w:tcW w:type="dxa" w:w="7483"/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rPr>
          <w:trHeight w:val="567"/>
        </w:trPr>
        <w:tc>
          <w:tcPr>
            <w:tcW w:type="dxa" w:w="2381"/>
          </w:tcPr>
          <w:p>
            <w:pPr>
              <w:spacing w:after="60" w:before="60"/>
            </w:pPr>
            <w:r>
              <w:t>계약 기간·인도일</w:t>
            </w:r>
          </w:p>
        </w:tc>
        <w:tc>
          <w:tcPr>
            <w:tcW w:type="dxa" w:w="7483"/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rPr>
          <w:trHeight w:val="567"/>
        </w:trPr>
        <w:tc>
          <w:tcPr>
            <w:tcW w:type="dxa" w:w="2381"/>
          </w:tcPr>
          <w:p>
            <w:pPr>
              <w:spacing w:after="60" w:before="60"/>
            </w:pPr>
            <w:r>
              <w:t>관리비 금액·포함/별도 항목</w:t>
            </w:r>
          </w:p>
        </w:tc>
        <w:tc>
          <w:tcPr>
            <w:tcW w:type="dxa" w:w="7483"/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rPr>
          <w:trHeight w:val="567"/>
        </w:trPr>
        <w:tc>
          <w:tcPr>
            <w:tcW w:type="dxa" w:w="2381"/>
          </w:tcPr>
          <w:p>
            <w:pPr>
              <w:spacing w:after="60" w:before="60"/>
            </w:pPr>
            <w:r>
              <w:t>수리·시설 상태 확인 내용</w:t>
            </w:r>
          </w:p>
        </w:tc>
        <w:tc>
          <w:tcPr>
            <w:tcW w:type="dxa" w:w="7483"/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rPr>
          <w:trHeight w:val="567"/>
        </w:trPr>
        <w:tc>
          <w:tcPr>
            <w:tcW w:type="dxa" w:w="2381"/>
          </w:tcPr>
          <w:p>
            <w:pPr>
              <w:spacing w:after="60" w:before="60"/>
            </w:pPr>
            <w:r>
              <w:t>추가 합의·특약 검토 사항</w:t>
            </w:r>
          </w:p>
        </w:tc>
        <w:tc>
          <w:tcPr>
            <w:tcW w:type="dxa" w:w="7483"/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rPr>
          <w:trHeight w:val="567"/>
        </w:trPr>
        <w:tc>
          <w:tcPr>
            <w:tcW w:type="dxa" w:w="2381"/>
          </w:tcPr>
          <w:p>
            <w:pPr>
              <w:spacing w:after="60" w:before="60"/>
            </w:pPr>
            <w:r>
              <w:t>첨부 확인 자료</w:t>
            </w:r>
          </w:p>
        </w:tc>
        <w:tc>
          <w:tcPr>
            <w:tcW w:type="dxa" w:w="7483"/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rPr>
          <w:trHeight w:val="567"/>
        </w:trPr>
        <w:tc>
          <w:tcPr>
            <w:tcW w:type="dxa" w:w="2381"/>
          </w:tcPr>
          <w:p>
            <w:pPr>
              <w:spacing w:after="60" w:before="60"/>
            </w:pPr>
            <w:r>
              <w:t>작성일·당사자 서명</w:t>
            </w:r>
          </w:p>
        </w:tc>
        <w:tc>
          <w:tcPr>
            <w:tcW w:type="dxa" w:w="7483"/>
          </w:tcPr>
          <w:p>
            <w:pPr>
              <w:spacing w:after="60" w:before="60"/>
            </w:pPr>
            <w:r>
              <w:t xml:space="preserve"> </w:t>
            </w:r>
          </w:p>
        </w:tc>
      </w:tr>
    </w:tbl>
    <w:p>
      <w:r>
        <w:t>이 양식만으로 계약 안전성이나 법적 효력을 보장하지 않습니다. 최신 공식 표준계약서, 등기사항·권한·자금 지급 조건을 확인하고 필요한 경우 전문가 검토를 받으세요. 예시는 입력 위치 설명이며 실제 계약조건이 아닙니다.</w:t>
      </w:r>
    </w:p>
    <w:p>
      <w:r>
        <w:br w:type="page"/>
      </w:r>
    </w:p>
    <w:p>
      <w:pPr>
        <w:pStyle w:val="Title"/>
      </w:pPr>
      <w:r>
        <w:t>주택임대차계약서 참고 양식 · 가상 작성 예시</w:t>
      </w:r>
    </w:p>
    <w:p>
      <w:r>
        <w:t>자체 제작 참고용 · 정부의 표준계약서나 법률자문이 아닙니다.</w:t>
      </w:r>
    </w:p>
    <w:p>
      <w:r>
        <w:t>아래는 실제 인물·계약·실적이 아닌 가상 작성 예시입니다.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381"/>
        <w:gridCol w:w="7483"/>
      </w:tblGrid>
      <w:tr>
        <w:trPr>
          <w:trHeight w:val="567"/>
        </w:trPr>
        <w:tc>
          <w:tcPr>
            <w:tcW w:type="dxa" w:w="2381"/>
          </w:tcPr>
          <w:p>
            <w:pPr>
              <w:spacing w:after="60" w:before="60"/>
            </w:pPr>
            <w:r>
              <w:t>목적물 소재지·동호수</w:t>
            </w:r>
          </w:p>
        </w:tc>
        <w:tc>
          <w:tcPr>
            <w:tcW w:type="dxa" w:w="7483"/>
          </w:tcPr>
          <w:p>
            <w:pPr>
              <w:spacing w:after="60" w:before="60"/>
            </w:pPr>
            <w:r>
              <w:t>[주소와 동호수를 등기·건축물 자료와 대조]</w:t>
            </w:r>
          </w:p>
        </w:tc>
      </w:tr>
      <w:tr>
        <w:trPr>
          <w:trHeight w:val="567"/>
        </w:trPr>
        <w:tc>
          <w:tcPr>
            <w:tcW w:type="dxa" w:w="2381"/>
          </w:tcPr>
          <w:p>
            <w:pPr>
              <w:spacing w:after="60" w:before="60"/>
            </w:pPr>
            <w:r>
              <w:t>용도·임대 부분·면적</w:t>
            </w:r>
          </w:p>
        </w:tc>
        <w:tc>
          <w:tcPr>
            <w:tcW w:type="dxa" w:w="7483"/>
          </w:tcPr>
          <w:p>
            <w:pPr>
              <w:spacing w:after="60" w:before="60"/>
            </w:pPr>
            <w:r>
              <w:t>[실제 임대 부분과 면적 확인 후 기재]</w:t>
            </w:r>
          </w:p>
        </w:tc>
      </w:tr>
      <w:tr>
        <w:trPr>
          <w:trHeight w:val="567"/>
        </w:trPr>
        <w:tc>
          <w:tcPr>
            <w:tcW w:type="dxa" w:w="2381"/>
          </w:tcPr>
          <w:p>
            <w:pPr>
              <w:spacing w:after="60" w:before="60"/>
            </w:pPr>
            <w:r>
              <w:t>임대인 확인 정보</w:t>
            </w:r>
          </w:p>
        </w:tc>
        <w:tc>
          <w:tcPr>
            <w:tcW w:type="dxa" w:w="7483"/>
          </w:tcPr>
          <w:p>
            <w:pPr>
              <w:spacing w:after="60" w:before="60"/>
            </w:pPr>
            <w:r>
              <w:t>가상 임대인 / 실제 계약에서는 신분·권한 확인</w:t>
            </w:r>
          </w:p>
        </w:tc>
      </w:tr>
      <w:tr>
        <w:trPr>
          <w:trHeight w:val="567"/>
        </w:trPr>
        <w:tc>
          <w:tcPr>
            <w:tcW w:type="dxa" w:w="2381"/>
          </w:tcPr>
          <w:p>
            <w:pPr>
              <w:spacing w:after="60" w:before="60"/>
            </w:pPr>
            <w:r>
              <w:t>임차인 확인 정보</w:t>
            </w:r>
          </w:p>
        </w:tc>
        <w:tc>
          <w:tcPr>
            <w:tcW w:type="dxa" w:w="7483"/>
          </w:tcPr>
          <w:p>
            <w:pPr>
              <w:spacing w:after="60" w:before="60"/>
            </w:pPr>
            <w:r>
              <w:t>가상 임차인 / 실제 계약에서는 당사자 확인</w:t>
            </w:r>
          </w:p>
        </w:tc>
      </w:tr>
      <w:tr>
        <w:trPr>
          <w:trHeight w:val="567"/>
        </w:trPr>
        <w:tc>
          <w:tcPr>
            <w:tcW w:type="dxa" w:w="2381"/>
          </w:tcPr>
          <w:p>
            <w:pPr>
              <w:spacing w:after="60" w:before="60"/>
            </w:pPr>
            <w:r>
              <w:t>보증금·지급 일정</w:t>
            </w:r>
          </w:p>
        </w:tc>
        <w:tc>
          <w:tcPr>
            <w:tcW w:type="dxa" w:w="7483"/>
          </w:tcPr>
          <w:p>
            <w:pPr>
              <w:spacing w:after="60" w:before="60"/>
            </w:pPr>
            <w:r>
              <w:t>[당사자가 합의한 금액과 각 지급일 기재]</w:t>
            </w:r>
          </w:p>
        </w:tc>
      </w:tr>
      <w:tr>
        <w:trPr>
          <w:trHeight w:val="567"/>
        </w:trPr>
        <w:tc>
          <w:tcPr>
            <w:tcW w:type="dxa" w:w="2381"/>
          </w:tcPr>
          <w:p>
            <w:pPr>
              <w:spacing w:after="60" w:before="60"/>
            </w:pPr>
            <w:r>
              <w:t>월세·납부일·지급 방법</w:t>
            </w:r>
          </w:p>
        </w:tc>
        <w:tc>
          <w:tcPr>
            <w:tcW w:type="dxa" w:w="7483"/>
          </w:tcPr>
          <w:p>
            <w:pPr>
              <w:spacing w:after="60" w:before="60"/>
            </w:pPr>
            <w:r>
              <w:t>[합의 금액·납부일·방법 기재]</w:t>
            </w:r>
          </w:p>
        </w:tc>
      </w:tr>
      <w:tr>
        <w:trPr>
          <w:trHeight w:val="567"/>
        </w:trPr>
        <w:tc>
          <w:tcPr>
            <w:tcW w:type="dxa" w:w="2381"/>
          </w:tcPr>
          <w:p>
            <w:pPr>
              <w:spacing w:after="60" w:before="60"/>
            </w:pPr>
            <w:r>
              <w:t>계약 기간·인도일</w:t>
            </w:r>
          </w:p>
        </w:tc>
        <w:tc>
          <w:tcPr>
            <w:tcW w:type="dxa" w:w="7483"/>
          </w:tcPr>
          <w:p>
            <w:pPr>
              <w:spacing w:after="60" w:before="60"/>
            </w:pPr>
            <w:r>
              <w:t>[시작일·종료일·인도일을 구분하여 기재]</w:t>
            </w:r>
          </w:p>
        </w:tc>
      </w:tr>
      <w:tr>
        <w:trPr>
          <w:trHeight w:val="567"/>
        </w:trPr>
        <w:tc>
          <w:tcPr>
            <w:tcW w:type="dxa" w:w="2381"/>
          </w:tcPr>
          <w:p>
            <w:pPr>
              <w:spacing w:after="60" w:before="60"/>
            </w:pPr>
            <w:r>
              <w:t>관리비 금액·포함/별도 항목</w:t>
            </w:r>
          </w:p>
        </w:tc>
        <w:tc>
          <w:tcPr>
            <w:tcW w:type="dxa" w:w="7483"/>
          </w:tcPr>
          <w:p>
            <w:pPr>
              <w:spacing w:after="60" w:before="60"/>
            </w:pPr>
            <w:r>
              <w:t>[관리비에 포함된 항목과 별도 정산 항목을 나눠 기재]</w:t>
            </w:r>
          </w:p>
        </w:tc>
      </w:tr>
      <w:tr>
        <w:trPr>
          <w:trHeight w:val="567"/>
        </w:trPr>
        <w:tc>
          <w:tcPr>
            <w:tcW w:type="dxa" w:w="2381"/>
          </w:tcPr>
          <w:p>
            <w:pPr>
              <w:spacing w:after="60" w:before="60"/>
            </w:pPr>
            <w:r>
              <w:t>수리·시설 상태 확인 내용</w:t>
            </w:r>
          </w:p>
        </w:tc>
        <w:tc>
          <w:tcPr>
            <w:tcW w:type="dxa" w:w="7483"/>
          </w:tcPr>
          <w:p>
            <w:pPr>
              <w:spacing w:after="60" w:before="60"/>
            </w:pPr>
            <w:r>
              <w:t>[입주 전 상태와 합의된 수리 내용을 기록]</w:t>
            </w:r>
          </w:p>
        </w:tc>
      </w:tr>
      <w:tr>
        <w:trPr>
          <w:trHeight w:val="567"/>
        </w:trPr>
        <w:tc>
          <w:tcPr>
            <w:tcW w:type="dxa" w:w="2381"/>
          </w:tcPr>
          <w:p>
            <w:pPr>
              <w:spacing w:after="60" w:before="60"/>
            </w:pPr>
            <w:r>
              <w:t>추가 합의·특약 검토 사항</w:t>
            </w:r>
          </w:p>
        </w:tc>
        <w:tc>
          <w:tcPr>
            <w:tcW w:type="dxa" w:w="7483"/>
          </w:tcPr>
          <w:p>
            <w:pPr>
              <w:spacing w:after="60" w:before="60"/>
            </w:pPr>
            <w:r>
              <w:t>[합의한 내용만 기재하고 권리관계·법률효과는 별도 검토]</w:t>
            </w:r>
          </w:p>
        </w:tc>
      </w:tr>
      <w:tr>
        <w:trPr>
          <w:trHeight w:val="567"/>
        </w:trPr>
        <w:tc>
          <w:tcPr>
            <w:tcW w:type="dxa" w:w="2381"/>
          </w:tcPr>
          <w:p>
            <w:pPr>
              <w:spacing w:after="60" w:before="60"/>
            </w:pPr>
            <w:r>
              <w:t>첨부 확인 자료</w:t>
            </w:r>
          </w:p>
        </w:tc>
        <w:tc>
          <w:tcPr>
            <w:tcW w:type="dxa" w:w="7483"/>
          </w:tcPr>
          <w:p>
            <w:pPr>
              <w:spacing w:after="60" w:before="60"/>
            </w:pPr>
            <w:r>
              <w:t>[확인한 등기사항·설명자료·시설목록 등 기록]</w:t>
            </w:r>
          </w:p>
        </w:tc>
      </w:tr>
      <w:tr>
        <w:trPr>
          <w:trHeight w:val="567"/>
        </w:trPr>
        <w:tc>
          <w:tcPr>
            <w:tcW w:type="dxa" w:w="2381"/>
          </w:tcPr>
          <w:p>
            <w:pPr>
              <w:spacing w:after="60" w:before="60"/>
            </w:pPr>
            <w:r>
              <w:t>작성일·당사자 서명</w:t>
            </w:r>
          </w:p>
        </w:tc>
        <w:tc>
          <w:tcPr>
            <w:tcW w:type="dxa" w:w="7483"/>
          </w:tcPr>
          <w:p>
            <w:pPr>
              <w:spacing w:after="60" w:before="60"/>
            </w:pPr>
            <w:r>
              <w:t>[실제 작성일과 당사자가 직접 한 서명]</w:t>
            </w:r>
          </w:p>
        </w:tc>
      </w:tr>
    </w:tbl>
    <w:p>
      <w:r>
        <w:t>이 양식만으로 계약 안전성이나 법적 효력을 보장하지 않습니다. 최신 공식 표준계약서, 등기사항·권한·자금 지급 조건을 확인하고 필요한 경우 전문가 검토를 받으세요. 예시는 입력 위치 설명이며 실제 계약조건이 아닙니다.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주택임대차계약서 참고 양식</dc:title>
  <dc:subject>자체 제작 참고 양식 및 가상 작성 예시</dc:subject>
  <dc:creator>KEYPOINTS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